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t>Employee Write-Up Form</w:t>
      </w:r>
    </w:p>
    <w:p>
      <w:pPr>
        <w:spacing w:after="160" w:before="0"/>
      </w:pPr>
      <w:r>
        <w:rPr>
          <w:b w:val="0"/>
          <w:color w:val="4B5D59"/>
          <w:sz w:val="20"/>
        </w:rPr>
        <w:t>Use this form to document a specific workplace issue, the expectation it relates to, the conversation with the employee, and the agreed next steps. Write facts you observed or verified, not conclusions about motive.</w:t>
      </w:r>
    </w:p>
    <w:p>
      <w:pPr>
        <w:pStyle w:val="Heading1"/>
        <w:keepNext/>
        <w:spacing w:before="120" w:after="80"/>
      </w:pPr>
      <w:r>
        <w:t>1. Employee and form details</w:t>
      </w:r>
    </w:p>
    <w:tbl>
      <w:tblPr>
        <w:tblW w:type="dxa" w:w="10224"/>
        <w:jc w:val="left"/>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6816"/>
        <w:gridCol w:w="3408"/>
      </w:tblGrid>
      <w:tr>
        <w:tc>
          <w:tcPr>
            <w:tcW w:type="dxa" w:w="6816"/>
            <w:shd w:val="clear" w:color="auto" w:fill="E9F2EE"/>
          </w:tcPr>
          <w:p>
            <w:pPr>
              <w:spacing w:after="0"/>
            </w:pPr>
            <w:r>
              <w:rPr>
                <w:b/>
                <w:color w:val="4B5D59"/>
                <w:sz w:val="15"/>
              </w:rPr>
              <w:t>EMPLOYEE NAME</w:t>
            </w:r>
          </w:p>
        </w:tc>
        <w:tc>
          <w:tcPr>
            <w:tcW w:type="dxa" w:w="3408"/>
            <w:shd w:val="clear" w:color="auto" w:fill="E9F2EE"/>
          </w:tcPr>
          <w:p>
            <w:pPr>
              <w:spacing w:after="0"/>
            </w:pPr>
            <w:r>
              <w:rPr>
                <w:b/>
                <w:color w:val="4B5D59"/>
                <w:sz w:val="15"/>
              </w:rPr>
              <w:t>EMPLOYEE ID</w:t>
            </w:r>
          </w:p>
        </w:tc>
      </w:tr>
      <w:tr>
        <w:trPr>
          <w:trHeight w:val="389" w:hRule="atLeast"/>
        </w:trPr>
        <w:tc>
          <w:tcPr>
            <w:tcW w:type="dxa" w:w="6816"/>
          </w:tcPr>
          <w:p/>
        </w:tc>
        <w:tc>
          <w:tcPr>
            <w:tcW w:type="dxa" w:w="3408"/>
          </w:tcPr>
          <w:p/>
        </w:tc>
      </w:tr>
    </w:tbl>
    <w:p>
      <w:pPr>
        <w:spacing w:after="0" w:line="80" w:lineRule="exact"/>
      </w:pPr>
      <w:r>
        <w:rPr>
          <w:sz w:val="4"/>
        </w:rPr>
      </w:r>
    </w:p>
    <w:tbl>
      <w:tblPr>
        <w:tblW w:type="dxa" w:w="10224"/>
        <w:jc w:val="left"/>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5112"/>
        <w:gridCol w:w="5112"/>
      </w:tblGrid>
      <w:tr>
        <w:tc>
          <w:tcPr>
            <w:tcW w:type="dxa" w:w="5112"/>
            <w:shd w:val="clear" w:color="auto" w:fill="E9F2EE"/>
          </w:tcPr>
          <w:p>
            <w:pPr>
              <w:spacing w:after="0"/>
            </w:pPr>
            <w:r>
              <w:rPr>
                <w:b/>
                <w:color w:val="4B5D59"/>
                <w:sz w:val="15"/>
              </w:rPr>
              <w:t>JOB TITLE</w:t>
            </w:r>
          </w:p>
        </w:tc>
        <w:tc>
          <w:tcPr>
            <w:tcW w:type="dxa" w:w="5112"/>
            <w:shd w:val="clear" w:color="auto" w:fill="E9F2EE"/>
          </w:tcPr>
          <w:p>
            <w:pPr>
              <w:spacing w:after="0"/>
            </w:pPr>
            <w:r>
              <w:rPr>
                <w:b/>
                <w:color w:val="4B5D59"/>
                <w:sz w:val="15"/>
              </w:rPr>
              <w:t>DEPARTMENT OR LOCATION</w:t>
            </w:r>
          </w:p>
        </w:tc>
      </w:tr>
      <w:tr>
        <w:trPr>
          <w:trHeight w:val="389" w:hRule="atLeast"/>
        </w:trPr>
        <w:tc>
          <w:tcPr>
            <w:tcW w:type="dxa" w:w="5112"/>
          </w:tcPr>
          <w:p/>
        </w:tc>
        <w:tc>
          <w:tcPr>
            <w:tcW w:type="dxa" w:w="5112"/>
          </w:tcPr>
          <w:p/>
        </w:tc>
      </w:tr>
    </w:tbl>
    <w:p>
      <w:pPr>
        <w:spacing w:after="0" w:line="80" w:lineRule="exact"/>
      </w:pPr>
      <w:r>
        <w:rPr>
          <w:sz w:val="4"/>
        </w:rPr>
      </w:r>
    </w:p>
    <w:tbl>
      <w:tblPr>
        <w:tblW w:type="dxa" w:w="10224"/>
        <w:jc w:val="left"/>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6816"/>
        <w:gridCol w:w="3408"/>
      </w:tblGrid>
      <w:tr>
        <w:tc>
          <w:tcPr>
            <w:tcW w:type="dxa" w:w="6816"/>
            <w:shd w:val="clear" w:color="auto" w:fill="E9F2EE"/>
          </w:tcPr>
          <w:p>
            <w:pPr>
              <w:spacing w:after="0"/>
            </w:pPr>
            <w:r>
              <w:rPr>
                <w:b/>
                <w:color w:val="4B5D59"/>
                <w:sz w:val="15"/>
              </w:rPr>
              <w:t>MANAGER COMPLETING THIS FORM</w:t>
            </w:r>
          </w:p>
        </w:tc>
        <w:tc>
          <w:tcPr>
            <w:tcW w:type="dxa" w:w="3408"/>
            <w:shd w:val="clear" w:color="auto" w:fill="E9F2EE"/>
          </w:tcPr>
          <w:p>
            <w:pPr>
              <w:spacing w:after="0"/>
            </w:pPr>
            <w:r>
              <w:rPr>
                <w:b/>
                <w:color w:val="4B5D59"/>
                <w:sz w:val="15"/>
              </w:rPr>
              <w:t>DATE OF MEETING</w:t>
            </w:r>
          </w:p>
        </w:tc>
      </w:tr>
      <w:tr>
        <w:trPr>
          <w:trHeight w:val="389" w:hRule="atLeast"/>
        </w:trPr>
        <w:tc>
          <w:tcPr>
            <w:tcW w:type="dxa" w:w="6816"/>
          </w:tcPr>
          <w:p/>
        </w:tc>
        <w:tc>
          <w:tcPr>
            <w:tcW w:type="dxa" w:w="3408"/>
          </w:tcPr>
          <w:p/>
        </w:tc>
      </w:tr>
    </w:tbl>
    <w:p>
      <w:pPr>
        <w:spacing w:after="0" w:line="80" w:lineRule="exact"/>
      </w:pPr>
      <w:r>
        <w:rPr>
          <w:sz w:val="4"/>
        </w:rPr>
      </w:r>
    </w:p>
    <w:p>
      <w:pPr>
        <w:keepNext/>
        <w:spacing w:after="40" w:before="0"/>
      </w:pPr>
      <w:r>
        <w:rPr>
          <w:b/>
          <w:color w:val="4B5D59"/>
          <w:sz w:val="15"/>
        </w:rPr>
        <w:t>TYPE OF NOTICE</w:t>
      </w:r>
    </w:p>
    <w:p>
      <w:pPr>
        <w:spacing w:after="120" w:before="0"/>
      </w:pPr>
      <w:r>
        <w:rPr>
          <w:b w:val="0"/>
          <w:color w:val="10201D"/>
          <w:sz w:val="19"/>
        </w:rPr>
        <w:t>☐ Documented verbal warning     ☐ Written warning     ☐ Final written warning     ☐ Other (describe below)</w:t>
      </w:r>
    </w:p>
    <w:p>
      <w:pPr>
        <w:keepNext/>
        <w:spacing w:after="40" w:before="0"/>
      </w:pPr>
      <w:r>
        <w:rPr>
          <w:b/>
          <w:color w:val="4B5D59"/>
          <w:sz w:val="15"/>
        </w:rPr>
        <w:t>AREA OF CONCERN</w:t>
      </w:r>
    </w:p>
    <w:p>
      <w:pPr>
        <w:spacing w:after="120" w:before="0"/>
      </w:pPr>
      <w:r>
        <w:rPr>
          <w:b w:val="0"/>
          <w:color w:val="10201D"/>
          <w:sz w:val="19"/>
        </w:rPr>
        <w:t>☐ Attendance or punctuality     ☐ Work quality or performance     ☐ Conduct     ☐ Safety     ☐ Policy or procedure     ☐ Other</w:t>
      </w:r>
    </w:p>
    <w:p>
      <w:pPr>
        <w:pStyle w:val="Heading1"/>
        <w:keepNext/>
        <w:spacing w:before="120" w:after="80"/>
      </w:pPr>
      <w:r>
        <w:t>2. What happened</w:t>
      </w:r>
    </w:p>
    <w:tbl>
      <w:tblPr>
        <w:tblW w:type="dxa" w:w="10224"/>
        <w:jc w:val="left"/>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3408"/>
        <w:gridCol w:w="6816"/>
      </w:tblGrid>
      <w:tr>
        <w:tc>
          <w:tcPr>
            <w:tcW w:type="dxa" w:w="3408"/>
            <w:shd w:val="clear" w:color="auto" w:fill="E9F2EE"/>
          </w:tcPr>
          <w:p>
            <w:pPr>
              <w:spacing w:after="0"/>
            </w:pPr>
            <w:r>
              <w:rPr>
                <w:b/>
                <w:color w:val="4B5D59"/>
                <w:sz w:val="15"/>
              </w:rPr>
              <w:t>DATE(S) OF THE ISSUE</w:t>
            </w:r>
          </w:p>
        </w:tc>
        <w:tc>
          <w:tcPr>
            <w:tcW w:type="dxa" w:w="6816"/>
            <w:shd w:val="clear" w:color="auto" w:fill="E9F2EE"/>
          </w:tcPr>
          <w:p>
            <w:pPr>
              <w:spacing w:after="0"/>
            </w:pPr>
            <w:r>
              <w:rPr>
                <w:b/>
                <w:color w:val="4B5D59"/>
                <w:sz w:val="15"/>
              </w:rPr>
              <w:t>TIME AND PLACE, IF RELEVANT</w:t>
            </w:r>
          </w:p>
        </w:tc>
      </w:tr>
      <w:tr>
        <w:trPr>
          <w:trHeight w:val="389" w:hRule="atLeast"/>
        </w:trPr>
        <w:tc>
          <w:tcPr>
            <w:tcW w:type="dxa" w:w="3408"/>
          </w:tcPr>
          <w:p/>
        </w:tc>
        <w:tc>
          <w:tcPr>
            <w:tcW w:type="dxa" w:w="6816"/>
          </w:tcPr>
          <w:p/>
        </w:tc>
      </w:tr>
    </w:tbl>
    <w:p>
      <w:pPr>
        <w:spacing w:after="0" w:line="80" w:lineRule="exact"/>
      </w:pPr>
      <w:r>
        <w:rPr>
          <w:sz w:val="4"/>
        </w:rPr>
      </w:r>
    </w:p>
    <w:tbl>
      <w:tblPr>
        <w:tblW w:type="dxa" w:w="10224"/>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10224"/>
      </w:tblGrid>
      <w:tr>
        <w:tc>
          <w:tcPr>
            <w:tcW w:type="dxa" w:w="10224"/>
            <w:shd w:val="clear" w:color="auto" w:fill="E9F2EE"/>
          </w:tcPr>
          <w:p>
            <w:pPr>
              <w:spacing w:after="0"/>
            </w:pPr>
            <w:r>
              <w:rPr>
                <w:b/>
                <w:color w:val="4B5D59"/>
                <w:sz w:val="15"/>
              </w:rPr>
              <w:t>DESCRIBE THE ISSUE. INCLUDE DATES, WHAT YOU SAW OR VERIFIED, AND ANY RECORDS REVIEWED.</w:t>
            </w:r>
          </w:p>
        </w:tc>
      </w:tr>
      <w:tr>
        <w:trPr>
          <w:trHeight w:val="1296" w:hRule="atLeast"/>
        </w:trPr>
        <w:tc>
          <w:tcPr>
            <w:tcW w:type="dxa" w:w="10224"/>
          </w:tcPr>
          <w:p/>
        </w:tc>
      </w:tr>
    </w:tbl>
    <w:p>
      <w:pPr>
        <w:spacing w:after="0" w:line="120" w:lineRule="exact"/>
      </w:pPr>
      <w:r>
        <w:rPr>
          <w:sz w:val="4"/>
        </w:rPr>
      </w:r>
    </w:p>
    <w:tbl>
      <w:tblPr>
        <w:tblW w:type="dxa" w:w="10224"/>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10224"/>
      </w:tblGrid>
      <w:tr>
        <w:tc>
          <w:tcPr>
            <w:tcW w:type="dxa" w:w="10224"/>
            <w:shd w:val="clear" w:color="auto" w:fill="E9F2EE"/>
          </w:tcPr>
          <w:p>
            <w:pPr>
              <w:spacing w:after="0"/>
            </w:pPr>
            <w:r>
              <w:rPr>
                <w:b/>
                <w:color w:val="4B5D59"/>
                <w:sz w:val="15"/>
              </w:rPr>
              <w:t>EXPECTATION, POLICY, OR INSTRUCTION THAT APPLIES (NAME IT AND THE VERSION OR DATE THE EMPLOYEE RECEIVED IT)</w:t>
            </w:r>
          </w:p>
        </w:tc>
      </w:tr>
      <w:tr>
        <w:trPr>
          <w:trHeight w:val="778" w:hRule="atLeast"/>
        </w:trPr>
        <w:tc>
          <w:tcPr>
            <w:tcW w:type="dxa" w:w="10224"/>
          </w:tcPr>
          <w:p/>
        </w:tc>
      </w:tr>
    </w:tbl>
    <w:p>
      <w:pPr>
        <w:spacing w:after="0" w:line="120" w:lineRule="exact"/>
      </w:pPr>
      <w:r>
        <w:rPr>
          <w:sz w:val="4"/>
        </w:rPr>
      </w:r>
    </w:p>
    <w:tbl>
      <w:tblPr>
        <w:tblW w:type="dxa" w:w="10224"/>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10224"/>
      </w:tblGrid>
      <w:tr>
        <w:tc>
          <w:tcPr>
            <w:tcW w:type="dxa" w:w="10224"/>
            <w:shd w:val="clear" w:color="auto" w:fill="E9F2EE"/>
          </w:tcPr>
          <w:p>
            <w:pPr>
              <w:spacing w:after="0"/>
            </w:pPr>
            <w:r>
              <w:rPr>
                <w:b/>
                <w:color w:val="4B5D59"/>
                <w:sz w:val="15"/>
              </w:rPr>
              <w:t>EARLIER RELATED CONVERSATIONS OR NOTICES (DATES AND WHAT WAS AGREED)</w:t>
            </w:r>
          </w:p>
        </w:tc>
      </w:tr>
      <w:tr>
        <w:trPr>
          <w:trHeight w:val="778" w:hRule="atLeast"/>
        </w:trPr>
        <w:tc>
          <w:tcPr>
            <w:tcW w:type="dxa" w:w="10224"/>
          </w:tcPr>
          <w:p/>
        </w:tc>
      </w:tr>
    </w:tbl>
    <w:p>
      <w:pPr>
        <w:spacing w:after="0" w:line="120" w:lineRule="exact"/>
      </w:pPr>
      <w:r>
        <w:rPr>
          <w:sz w:val="4"/>
        </w:rPr>
      </w:r>
    </w:p>
    <w:p>
      <w:pPr>
        <w:pStyle w:val="Heading1"/>
        <w:keepNext/>
        <w:spacing w:before="120" w:after="80"/>
      </w:pPr>
      <w:r>
        <w:t>3. Employee response</w:t>
      </w:r>
    </w:p>
    <w:tbl>
      <w:tblPr>
        <w:tblW w:type="dxa" w:w="10224"/>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10224"/>
      </w:tblGrid>
      <w:tr>
        <w:tc>
          <w:tcPr>
            <w:tcW w:type="dxa" w:w="10224"/>
            <w:shd w:val="clear" w:color="auto" w:fill="E9F2EE"/>
          </w:tcPr>
          <w:p>
            <w:pPr>
              <w:spacing w:after="0"/>
            </w:pPr>
            <w:r>
              <w:rPr>
                <w:b/>
                <w:color w:val="4B5D59"/>
                <w:sz w:val="15"/>
              </w:rPr>
              <w:t>THE EMPLOYEE'S ACCOUNT, QUESTIONS, OR CONTEXT. IF THE EMPLOYEE CHOSE NOT TO COMMENT, NOTE THAT.</w:t>
            </w:r>
          </w:p>
        </w:tc>
      </w:tr>
      <w:tr>
        <w:trPr>
          <w:trHeight w:val="1037" w:hRule="atLeast"/>
        </w:trPr>
        <w:tc>
          <w:tcPr>
            <w:tcW w:type="dxa" w:w="10224"/>
          </w:tcPr>
          <w:p/>
        </w:tc>
      </w:tr>
    </w:tbl>
    <w:p>
      <w:pPr>
        <w:spacing w:after="0" w:line="120" w:lineRule="exact"/>
      </w:pPr>
      <w:r>
        <w:rPr>
          <w:sz w:val="4"/>
        </w:rPr>
      </w:r>
    </w:p>
    <w:p>
      <w:pPr>
        <w:pStyle w:val="Heading1"/>
        <w:keepNext/>
        <w:spacing w:before="120" w:after="80"/>
      </w:pPr>
      <w:r>
        <w:t>4. Improvement plan</w:t>
      </w:r>
    </w:p>
    <w:tbl>
      <w:tblPr>
        <w:tblW w:type="dxa" w:w="10224"/>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10224"/>
      </w:tblGrid>
      <w:tr>
        <w:tc>
          <w:tcPr>
            <w:tcW w:type="dxa" w:w="10224"/>
            <w:shd w:val="clear" w:color="auto" w:fill="E9F2EE"/>
          </w:tcPr>
          <w:p>
            <w:pPr>
              <w:spacing w:after="0"/>
            </w:pPr>
            <w:r>
              <w:rPr>
                <w:b/>
                <w:color w:val="4B5D59"/>
                <w:sz w:val="15"/>
              </w:rPr>
              <w:t>WHAT NEEDS TO CHANGE, STATED SO BOTH OF YOU CAN TELL WHETHER IT HAPPENED</w:t>
            </w:r>
          </w:p>
        </w:tc>
      </w:tr>
      <w:tr>
        <w:trPr>
          <w:trHeight w:val="1037" w:hRule="atLeast"/>
        </w:trPr>
        <w:tc>
          <w:tcPr>
            <w:tcW w:type="dxa" w:w="10224"/>
          </w:tcPr>
          <w:p/>
        </w:tc>
      </w:tr>
    </w:tbl>
    <w:p>
      <w:pPr>
        <w:spacing w:after="0" w:line="120" w:lineRule="exact"/>
      </w:pPr>
      <w:r>
        <w:rPr>
          <w:sz w:val="4"/>
        </w:rPr>
      </w:r>
    </w:p>
    <w:tbl>
      <w:tblPr>
        <w:tblW w:type="dxa" w:w="10224"/>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10224"/>
      </w:tblGrid>
      <w:tr>
        <w:tc>
          <w:tcPr>
            <w:tcW w:type="dxa" w:w="10224"/>
            <w:shd w:val="clear" w:color="auto" w:fill="E9F2EE"/>
          </w:tcPr>
          <w:p>
            <w:pPr>
              <w:spacing w:after="0"/>
            </w:pPr>
            <w:r>
              <w:rPr>
                <w:b/>
                <w:color w:val="4B5D59"/>
                <w:sz w:val="15"/>
              </w:rPr>
              <w:t>SUPPORT, TRAINING, OR RESOURCES THE COMPANY WILL PROVIDE</w:t>
            </w:r>
          </w:p>
        </w:tc>
      </w:tr>
      <w:tr>
        <w:trPr>
          <w:trHeight w:val="778" w:hRule="atLeast"/>
        </w:trPr>
        <w:tc>
          <w:tcPr>
            <w:tcW w:type="dxa" w:w="10224"/>
          </w:tcPr>
          <w:p/>
        </w:tc>
      </w:tr>
    </w:tbl>
    <w:p>
      <w:pPr>
        <w:spacing w:after="0" w:line="120" w:lineRule="exact"/>
      </w:pPr>
      <w:r>
        <w:rPr>
          <w:sz w:val="4"/>
        </w:rPr>
      </w:r>
    </w:p>
    <w:tbl>
      <w:tblPr>
        <w:tblW w:type="dxa" w:w="10224"/>
        <w:jc w:val="left"/>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3408"/>
        <w:gridCol w:w="6816"/>
      </w:tblGrid>
      <w:tr>
        <w:tc>
          <w:tcPr>
            <w:tcW w:type="dxa" w:w="3408"/>
            <w:shd w:val="clear" w:color="auto" w:fill="E9F2EE"/>
          </w:tcPr>
          <w:p>
            <w:pPr>
              <w:spacing w:after="0"/>
            </w:pPr>
            <w:r>
              <w:rPr>
                <w:b/>
                <w:color w:val="4B5D59"/>
                <w:sz w:val="15"/>
              </w:rPr>
              <w:t>FOLLOW-UP MEETING DATE</w:t>
            </w:r>
          </w:p>
        </w:tc>
        <w:tc>
          <w:tcPr>
            <w:tcW w:type="dxa" w:w="6816"/>
            <w:shd w:val="clear" w:color="auto" w:fill="E9F2EE"/>
          </w:tcPr>
          <w:p>
            <w:pPr>
              <w:spacing w:after="0"/>
            </w:pPr>
            <w:r>
              <w:rPr>
                <w:b/>
                <w:color w:val="4B5D59"/>
                <w:sz w:val="15"/>
              </w:rPr>
              <w:t>FOLLOW-UP OWNER</w:t>
            </w:r>
          </w:p>
        </w:tc>
      </w:tr>
      <w:tr>
        <w:trPr>
          <w:trHeight w:val="389" w:hRule="atLeast"/>
        </w:trPr>
        <w:tc>
          <w:tcPr>
            <w:tcW w:type="dxa" w:w="3408"/>
          </w:tcPr>
          <w:p/>
        </w:tc>
        <w:tc>
          <w:tcPr>
            <w:tcW w:type="dxa" w:w="6816"/>
          </w:tcPr>
          <w:p/>
        </w:tc>
      </w:tr>
    </w:tbl>
    <w:p>
      <w:pPr>
        <w:spacing w:after="0" w:line="80" w:lineRule="exact"/>
      </w:pPr>
      <w:r>
        <w:rPr>
          <w:sz w:val="4"/>
        </w:rPr>
      </w:r>
    </w:p>
    <w:tbl>
      <w:tblPr>
        <w:tblW w:type="dxa" w:w="10224"/>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10224"/>
      </w:tblGrid>
      <w:tr>
        <w:tc>
          <w:tcPr>
            <w:tcW w:type="dxa" w:w="10224"/>
            <w:shd w:val="clear" w:color="auto" w:fill="E9F2EE"/>
          </w:tcPr>
          <w:p>
            <w:pPr>
              <w:spacing w:after="0"/>
            </w:pPr>
            <w:r>
              <w:rPr>
                <w:b/>
                <w:color w:val="4B5D59"/>
                <w:sz w:val="15"/>
              </w:rPr>
              <w:t>WHAT HAPPENS IF THE ISSUE CONTINUES (AS SET BY YOUR POLICY)</w:t>
            </w:r>
          </w:p>
        </w:tc>
      </w:tr>
      <w:tr>
        <w:trPr>
          <w:trHeight w:val="778" w:hRule="atLeast"/>
        </w:trPr>
        <w:tc>
          <w:tcPr>
            <w:tcW w:type="dxa" w:w="10224"/>
          </w:tcPr>
          <w:p/>
        </w:tc>
      </w:tr>
    </w:tbl>
    <w:p>
      <w:pPr>
        <w:spacing w:after="0" w:line="120" w:lineRule="exact"/>
      </w:pPr>
      <w:r>
        <w:rPr>
          <w:sz w:val="4"/>
        </w:rPr>
      </w:r>
    </w:p>
    <w:p>
      <w:pPr>
        <w:pStyle w:val="Heading1"/>
        <w:keepNext/>
        <w:spacing w:before="120" w:after="80"/>
      </w:pPr>
      <w:r>
        <w:t>5. Acknowledgment</w:t>
      </w:r>
    </w:p>
    <w:p>
      <w:pPr>
        <w:spacing w:after="120" w:before="0"/>
      </w:pPr>
      <w:r>
        <w:rPr>
          <w:b w:val="0"/>
          <w:color w:val="4B5D59"/>
          <w:sz w:val="17"/>
        </w:rPr>
        <w:t>The employee's signature confirms they received this form and discussed it. It does not mean they agree with it. The employee may attach written comments. Use the witness or HR line only if your process calls for one.</w:t>
      </w:r>
    </w:p>
    <w:p>
      <w:pPr>
        <w:keepNext/>
        <w:spacing w:after="40" w:before="0"/>
      </w:pPr>
      <w:r>
        <w:rPr>
          <w:b/>
          <w:color w:val="4B5D59"/>
          <w:sz w:val="15"/>
        </w:rPr>
        <w:t>EMPLOYEE COMMENTS</w:t>
      </w:r>
    </w:p>
    <w:p>
      <w:pPr>
        <w:spacing w:after="120" w:before="0"/>
      </w:pPr>
      <w:r>
        <w:rPr>
          <w:b w:val="0"/>
          <w:color w:val="10201D"/>
          <w:sz w:val="19"/>
        </w:rPr>
        <w:t>☐ No written comments     ☐ Comments attached     ☐ Employee declined to sign (manager notes date and witness)</w:t>
      </w:r>
    </w:p>
    <w:tbl>
      <w:tblPr>
        <w:tblW w:type="dxa" w:w="10224"/>
        <w:tblLayout w:type="fixed"/>
        <w:tblLook w:firstColumn="1" w:firstRow="1" w:lastColumn="0" w:lastRow="0" w:noHBand="0" w:noVBand="1" w:val="04A0"/>
      </w:tblPr>
      <w:tblGrid>
        <w:gridCol w:w="4320"/>
        <w:gridCol w:w="3888"/>
        <w:gridCol w:w="2015"/>
      </w:tblGrid>
      <w:tr>
        <w:tc>
          <w:tcPr>
            <w:tcW w:type="dxa" w:w="4320"/>
          </w:tcPr>
          <w:p>
            <w:pPr>
              <w:spacing w:after="0"/>
            </w:pPr>
            <w:r>
              <w:rPr>
                <w:b/>
                <w:color w:val="4B5D59"/>
                <w:sz w:val="15"/>
              </w:rPr>
              <w:t>EMPLOYEE: PRINTED NAME</w:t>
            </w:r>
          </w:p>
        </w:tc>
        <w:tc>
          <w:tcPr>
            <w:tcW w:type="dxa" w:w="3888"/>
          </w:tcPr>
          <w:p>
            <w:pPr>
              <w:spacing w:after="0"/>
            </w:pPr>
            <w:r>
              <w:rPr>
                <w:b/>
                <w:color w:val="4B5D59"/>
                <w:sz w:val="15"/>
              </w:rPr>
              <w:t>SIGNATURE</w:t>
            </w:r>
          </w:p>
        </w:tc>
        <w:tc>
          <w:tcPr>
            <w:tcW w:type="dxa" w:w="2016"/>
          </w:tcPr>
          <w:p>
            <w:pPr>
              <w:spacing w:after="0"/>
            </w:pPr>
            <w:r>
              <w:rPr>
                <w:b/>
                <w:color w:val="4B5D59"/>
                <w:sz w:val="15"/>
              </w:rPr>
              <w:t>DATE</w:t>
            </w:r>
          </w:p>
        </w:tc>
      </w:tr>
      <w:tr>
        <w:trPr>
          <w:trHeight w:val="432" w:hRule="atLeast"/>
        </w:trPr>
        <w:tc>
          <w:tcPr>
            <w:tcW w:type="dxa" w:w="4320"/>
            <w:tcBorders>
              <w:bottom w:val="single" w:sz="6" w:color="10201D"/>
            </w:tcBorders>
          </w:tcPr>
          <w:p/>
        </w:tc>
        <w:tc>
          <w:tcPr>
            <w:tcW w:type="dxa" w:w="3888"/>
            <w:tcBorders>
              <w:bottom w:val="single" w:sz="6" w:color="10201D"/>
            </w:tcBorders>
          </w:tcPr>
          <w:p/>
        </w:tc>
        <w:tc>
          <w:tcPr>
            <w:tcW w:type="dxa" w:w="2016"/>
            <w:tcBorders>
              <w:bottom w:val="single" w:sz="6" w:color="10201D"/>
            </w:tcBorders>
          </w:tcPr>
          <w:p/>
        </w:tc>
      </w:tr>
      <w:tr>
        <w:tc>
          <w:tcPr>
            <w:tcW w:type="dxa" w:w="4320"/>
          </w:tcPr>
          <w:p>
            <w:pPr>
              <w:spacing w:after="0"/>
            </w:pPr>
            <w:r>
              <w:rPr>
                <w:b/>
                <w:color w:val="4B5D59"/>
                <w:sz w:val="15"/>
              </w:rPr>
              <w:t>MANAGER: PRINTED NAME</w:t>
            </w:r>
          </w:p>
        </w:tc>
        <w:tc>
          <w:tcPr>
            <w:tcW w:type="dxa" w:w="3888"/>
          </w:tcPr>
          <w:p>
            <w:pPr>
              <w:spacing w:after="0"/>
            </w:pPr>
            <w:r>
              <w:rPr>
                <w:b/>
                <w:color w:val="4B5D59"/>
                <w:sz w:val="15"/>
              </w:rPr>
              <w:t>SIGNATURE</w:t>
            </w:r>
          </w:p>
        </w:tc>
        <w:tc>
          <w:tcPr>
            <w:tcW w:type="dxa" w:w="2016"/>
          </w:tcPr>
          <w:p>
            <w:pPr>
              <w:spacing w:after="0"/>
            </w:pPr>
            <w:r>
              <w:rPr>
                <w:b/>
                <w:color w:val="4B5D59"/>
                <w:sz w:val="15"/>
              </w:rPr>
              <w:t>DATE</w:t>
            </w:r>
          </w:p>
        </w:tc>
      </w:tr>
      <w:tr>
        <w:trPr>
          <w:trHeight w:val="432" w:hRule="atLeast"/>
        </w:trPr>
        <w:tc>
          <w:tcPr>
            <w:tcW w:type="dxa" w:w="4320"/>
            <w:tcBorders>
              <w:bottom w:val="single" w:sz="6" w:color="10201D"/>
            </w:tcBorders>
          </w:tcPr>
          <w:p/>
        </w:tc>
        <w:tc>
          <w:tcPr>
            <w:tcW w:type="dxa" w:w="3888"/>
            <w:tcBorders>
              <w:bottom w:val="single" w:sz="6" w:color="10201D"/>
            </w:tcBorders>
          </w:tcPr>
          <w:p/>
        </w:tc>
        <w:tc>
          <w:tcPr>
            <w:tcW w:type="dxa" w:w="2016"/>
            <w:tcBorders>
              <w:bottom w:val="single" w:sz="6" w:color="10201D"/>
            </w:tcBorders>
          </w:tcPr>
          <w:p/>
        </w:tc>
      </w:tr>
      <w:tr>
        <w:tc>
          <w:tcPr>
            <w:tcW w:type="dxa" w:w="4320"/>
          </w:tcPr>
          <w:p>
            <w:pPr>
              <w:spacing w:after="0"/>
            </w:pPr>
            <w:r>
              <w:rPr>
                <w:b/>
                <w:color w:val="4B5D59"/>
                <w:sz w:val="15"/>
              </w:rPr>
              <w:t>WITNESS OR HR: PRINTED NAME</w:t>
            </w:r>
          </w:p>
        </w:tc>
        <w:tc>
          <w:tcPr>
            <w:tcW w:type="dxa" w:w="3888"/>
          </w:tcPr>
          <w:p>
            <w:pPr>
              <w:spacing w:after="0"/>
            </w:pPr>
            <w:r>
              <w:rPr>
                <w:b/>
                <w:color w:val="4B5D59"/>
                <w:sz w:val="15"/>
              </w:rPr>
              <w:t>SIGNATURE</w:t>
            </w:r>
          </w:p>
        </w:tc>
        <w:tc>
          <w:tcPr>
            <w:tcW w:type="dxa" w:w="2016"/>
          </w:tcPr>
          <w:p>
            <w:pPr>
              <w:spacing w:after="0"/>
            </w:pPr>
            <w:r>
              <w:rPr>
                <w:b/>
                <w:color w:val="4B5D59"/>
                <w:sz w:val="15"/>
              </w:rPr>
              <w:t>DATE</w:t>
            </w:r>
          </w:p>
        </w:tc>
      </w:tr>
      <w:tr>
        <w:trPr>
          <w:trHeight w:val="432" w:hRule="atLeast"/>
        </w:trPr>
        <w:tc>
          <w:tcPr>
            <w:tcW w:type="dxa" w:w="4320"/>
            <w:tcBorders>
              <w:bottom w:val="single" w:sz="6" w:color="10201D"/>
            </w:tcBorders>
          </w:tcPr>
          <w:p/>
        </w:tc>
        <w:tc>
          <w:tcPr>
            <w:tcW w:type="dxa" w:w="3888"/>
            <w:tcBorders>
              <w:bottom w:val="single" w:sz="6" w:color="10201D"/>
            </w:tcBorders>
          </w:tcPr>
          <w:p/>
        </w:tc>
        <w:tc>
          <w:tcPr>
            <w:tcW w:type="dxa" w:w="2016"/>
            <w:tcBorders>
              <w:bottom w:val="single" w:sz="6" w:color="10201D"/>
            </w:tcBorders>
          </w:tcPr>
          <w:p/>
        </w:tc>
      </w:tr>
    </w:tbl>
    <w:p>
      <w:pPr>
        <w:spacing w:after="0" w:line="120" w:lineRule="exact"/>
      </w:pPr>
      <w:r>
        <w:rPr>
          <w:sz w:val="4"/>
        </w:rPr>
      </w:r>
    </w:p>
    <w:tbl>
      <w:tblPr>
        <w:tblW w:type="dxa" w:w="10224"/>
        <w:jc w:val="left"/>
        <w:tblLayout w:type="fixed"/>
        <w:tblLook w:firstColumn="1" w:firstRow="1" w:lastColumn="0" w:lastRow="0" w:noHBand="0" w:noVBand="1" w:val="04A0"/>
        <w:tblBorders>
          <w:top w:val="single" w:sz="4" w:color="9FB5AE"/>
          <w:left w:val="single" w:sz="4" w:color="9FB5AE"/>
          <w:bottom w:val="single" w:sz="4" w:color="9FB5AE"/>
          <w:right w:val="single" w:sz="4" w:color="9FB5AE"/>
          <w:insideH w:val="single" w:sz="4" w:color="9FB5AE"/>
          <w:insideV w:val="single" w:sz="4" w:color="9FB5AE"/>
        </w:tblBorders>
      </w:tblPr>
      <w:tblGrid>
        <w:gridCol w:w="3408"/>
        <w:gridCol w:w="6816"/>
      </w:tblGrid>
      <w:tr>
        <w:tc>
          <w:tcPr>
            <w:tcW w:type="dxa" w:w="3408"/>
            <w:shd w:val="clear" w:color="auto" w:fill="E9F2EE"/>
          </w:tcPr>
          <w:p>
            <w:pPr>
              <w:spacing w:after="0"/>
            </w:pPr>
            <w:r>
              <w:rPr>
                <w:b/>
                <w:color w:val="4B5D59"/>
                <w:sz w:val="15"/>
              </w:rPr>
              <w:t>COPY GIVEN TO EMPLOYEE ON</w:t>
            </w:r>
          </w:p>
        </w:tc>
        <w:tc>
          <w:tcPr>
            <w:tcW w:type="dxa" w:w="6816"/>
            <w:shd w:val="clear" w:color="auto" w:fill="E9F2EE"/>
          </w:tcPr>
          <w:p>
            <w:pPr>
              <w:spacing w:after="0"/>
            </w:pPr>
            <w:r>
              <w:rPr>
                <w:b/>
                <w:color w:val="4B5D59"/>
                <w:sz w:val="15"/>
              </w:rPr>
              <w:t>FILED IN EMPLOYEE RECORD BY</w:t>
            </w:r>
          </w:p>
        </w:tc>
      </w:tr>
      <w:tr>
        <w:trPr>
          <w:trHeight w:val="389" w:hRule="atLeast"/>
        </w:trPr>
        <w:tc>
          <w:tcPr>
            <w:tcW w:type="dxa" w:w="3408"/>
          </w:tcPr>
          <w:p/>
        </w:tc>
        <w:tc>
          <w:tcPr>
            <w:tcW w:type="dxa" w:w="6816"/>
          </w:tcPr>
          <w:p/>
        </w:tc>
      </w:tr>
    </w:tbl>
    <w:p>
      <w:pPr>
        <w:spacing w:after="0" w:line="80" w:lineRule="exact"/>
      </w:pPr>
      <w:r>
        <w:rPr>
          <w:sz w:val="4"/>
        </w:rPr>
      </w:r>
    </w:p>
    <w:sectPr w:rsidR="00FC693F" w:rsidRPr="0006063C" w:rsidSect="00034616">
      <w:footerReference w:type="default" r:id="rId9"/>
      <w:head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4B5D59"/>
        <w:sz w:val="14"/>
      </w:rPr>
      <w:t>Free template from OdyHR  |  odyhr.app/blog/employee-write-up-form</w:t>
      <w:br/>
      <w:t>General template, not legal advice. Adapt it to your policies and confirm requirements for your location with a qualified adviser.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8277"/>
        <w:sz w:val="15"/>
      </w:rPr>
      <w:t>ODYHR FREE HR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F8277"/>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82F2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Write-Up Form</dc:title>
  <dc:subject>Free template from odyhr.app</dc:subject>
  <dc:creator>OdyHR</dc:creator>
  <cp:keywords/>
  <dc:description>generated by python-docx</dc:description>
  <cp:lastModifiedBy/>
  <cp:revision>1</cp:revision>
  <dcterms:created xsi:type="dcterms:W3CDTF">2013-12-23T23:15:00Z</dcterms:created>
  <dcterms:modified xsi:type="dcterms:W3CDTF">2013-12-23T23:15:00Z</dcterms:modified>
  <cp:category/>
</cp:coreProperties>
</file>