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80"/>
      </w:pPr>
      <w:r>
        <w:t>Employee Information Form</w:t>
      </w:r>
    </w:p>
    <w:p>
      <w:pPr>
        <w:spacing w:after="160" w:before="0"/>
      </w:pPr>
      <w:r>
        <w:rPr>
          <w:b w:val="0"/>
          <w:color w:val="4B5D59"/>
          <w:sz w:val="20"/>
        </w:rPr>
        <w:t>New employees complete sections 1, 3 and 4. The employer completes section 2. Tax, immigration, and bank details belong on the official forms and in your payroll system, not on this form.</w:t>
      </w:r>
    </w:p>
    <w:p>
      <w:pPr>
        <w:pStyle w:val="Heading1"/>
        <w:keepNext/>
        <w:spacing w:before="120" w:after="80"/>
      </w:pPr>
      <w:r>
        <w:t>1. Personal details (employee completes)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Borders>
          <w:top w:val="single" w:sz="4" w:color="9FB5AE"/>
          <w:left w:val="single" w:sz="4" w:color="9FB5AE"/>
          <w:bottom w:val="single" w:sz="4" w:color="9FB5AE"/>
          <w:right w:val="single" w:sz="4" w:color="9FB5AE"/>
          <w:insideH w:val="single" w:sz="4" w:color="9FB5AE"/>
          <w:insideV w:val="single" w:sz="4" w:color="9FB5AE"/>
        </w:tblBorders>
      </w:tblPr>
      <w:tblGrid>
        <w:gridCol w:w="3408"/>
        <w:gridCol w:w="3408"/>
        <w:gridCol w:w="3408"/>
      </w:tblGrid>
      <w:tr>
        <w:tc>
          <w:tcPr>
            <w:tcW w:type="dxa" w:w="3408"/>
            <w:shd w:val="clear" w:color="auto" w:fill="E9F2EE"/>
          </w:tcPr>
          <w:p>
            <w:pPr>
              <w:spacing w:after="0"/>
            </w:pPr>
            <w:r>
              <w:rPr>
                <w:b/>
                <w:color w:val="4B5D59"/>
                <w:sz w:val="15"/>
              </w:rPr>
              <w:t>LEGAL FIRST NAME</w:t>
            </w:r>
          </w:p>
        </w:tc>
        <w:tc>
          <w:tcPr>
            <w:tcW w:type="dxa" w:w="3408"/>
            <w:shd w:val="clear" w:color="auto" w:fill="E9F2EE"/>
          </w:tcPr>
          <w:p>
            <w:pPr>
              <w:spacing w:after="0"/>
            </w:pPr>
            <w:r>
              <w:rPr>
                <w:b/>
                <w:color w:val="4B5D59"/>
                <w:sz w:val="15"/>
              </w:rPr>
              <w:t>MIDDLE NAME</w:t>
            </w:r>
          </w:p>
        </w:tc>
        <w:tc>
          <w:tcPr>
            <w:tcW w:type="dxa" w:w="3408"/>
            <w:shd w:val="clear" w:color="auto" w:fill="E9F2EE"/>
          </w:tcPr>
          <w:p>
            <w:pPr>
              <w:spacing w:after="0"/>
            </w:pPr>
            <w:r>
              <w:rPr>
                <w:b/>
                <w:color w:val="4B5D59"/>
                <w:sz w:val="15"/>
              </w:rPr>
              <w:t>LEGAL LAST NAME</w:t>
            </w:r>
          </w:p>
        </w:tc>
      </w:tr>
      <w:tr>
        <w:trPr>
          <w:trHeight w:val="389" w:hRule="atLeast"/>
        </w:trPr>
        <w:tc>
          <w:tcPr>
            <w:tcW w:type="dxa" w:w="3408"/>
          </w:tcPr>
          <w:p/>
        </w:tc>
        <w:tc>
          <w:tcPr>
            <w:tcW w:type="dxa" w:w="3408"/>
          </w:tcPr>
          <w:p/>
        </w:tc>
        <w:tc>
          <w:tcPr>
            <w:tcW w:type="dxa" w:w="3408"/>
          </w:tcPr>
          <w:p/>
        </w:tc>
      </w:tr>
    </w:tbl>
    <w:p>
      <w:pPr>
        <w:spacing w:after="0" w:line="80" w:lineRule="exact"/>
      </w:pPr>
      <w:r>
        <w:rPr>
          <w:sz w:val="4"/>
        </w:rPr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Borders>
          <w:top w:val="single" w:sz="4" w:color="9FB5AE"/>
          <w:left w:val="single" w:sz="4" w:color="9FB5AE"/>
          <w:bottom w:val="single" w:sz="4" w:color="9FB5AE"/>
          <w:right w:val="single" w:sz="4" w:color="9FB5AE"/>
          <w:insideH w:val="single" w:sz="4" w:color="9FB5AE"/>
          <w:insideV w:val="single" w:sz="4" w:color="9FB5AE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E9F2EE"/>
          </w:tcPr>
          <w:p>
            <w:pPr>
              <w:spacing w:after="0"/>
            </w:pPr>
            <w:r>
              <w:rPr>
                <w:b/>
                <w:color w:val="4B5D59"/>
                <w:sz w:val="15"/>
              </w:rPr>
              <w:t>PREFERRED NAME</w:t>
            </w:r>
          </w:p>
        </w:tc>
        <w:tc>
          <w:tcPr>
            <w:tcW w:type="dxa" w:w="5112"/>
            <w:shd w:val="clear" w:color="auto" w:fill="E9F2EE"/>
          </w:tcPr>
          <w:p>
            <w:pPr>
              <w:spacing w:after="0"/>
            </w:pPr>
            <w:r>
              <w:rPr>
                <w:b/>
                <w:color w:val="4B5D59"/>
                <w:sz w:val="15"/>
              </w:rPr>
              <w:t>PRONOUNS (OPTIONAL)</w:t>
            </w:r>
          </w:p>
        </w:tc>
      </w:tr>
      <w:tr>
        <w:trPr>
          <w:trHeight w:val="389" w:hRule="atLeast"/>
        </w:trPr>
        <w:tc>
          <w:tcPr>
            <w:tcW w:type="dxa" w:w="5112"/>
          </w:tcPr>
          <w:p/>
        </w:tc>
        <w:tc>
          <w:tcPr>
            <w:tcW w:type="dxa" w:w="5112"/>
          </w:tcPr>
          <w:p/>
        </w:tc>
      </w:tr>
    </w:tbl>
    <w:p>
      <w:pPr>
        <w:spacing w:after="0" w:line="80" w:lineRule="exact"/>
      </w:pPr>
      <w:r>
        <w:rPr>
          <w:sz w:val="4"/>
        </w:rPr>
      </w:r>
    </w:p>
    <w:tbl>
      <w:tblPr>
        <w:tblW w:type="dxa" w:w="10223"/>
        <w:jc w:val="left"/>
        <w:tblLayout w:type="fixed"/>
        <w:tblLook w:firstColumn="1" w:firstRow="1" w:lastColumn="0" w:lastRow="0" w:noHBand="0" w:noVBand="1" w:val="04A0"/>
        <w:tblBorders>
          <w:top w:val="single" w:sz="4" w:color="9FB5AE"/>
          <w:left w:val="single" w:sz="4" w:color="9FB5AE"/>
          <w:bottom w:val="single" w:sz="4" w:color="9FB5AE"/>
          <w:right w:val="single" w:sz="4" w:color="9FB5AE"/>
          <w:insideH w:val="single" w:sz="4" w:color="9FB5AE"/>
          <w:insideV w:val="single" w:sz="4" w:color="9FB5AE"/>
        </w:tblBorders>
      </w:tblPr>
      <w:tblGrid>
        <w:gridCol w:w="10223"/>
      </w:tblGrid>
      <w:tr>
        <w:tc>
          <w:tcPr>
            <w:tcW w:type="dxa" w:w="10224"/>
            <w:shd w:val="clear" w:color="auto" w:fill="E9F2EE"/>
          </w:tcPr>
          <w:p>
            <w:pPr>
              <w:spacing w:after="0"/>
            </w:pPr>
            <w:r>
              <w:rPr>
                <w:b/>
                <w:color w:val="4B5D59"/>
                <w:sz w:val="15"/>
              </w:rPr>
              <w:t>STREET ADDRESS</w:t>
            </w:r>
          </w:p>
        </w:tc>
      </w:tr>
      <w:tr>
        <w:trPr>
          <w:trHeight w:val="389" w:hRule="atLeast"/>
        </w:trPr>
        <w:tc>
          <w:tcPr>
            <w:tcW w:type="dxa" w:w="10224"/>
          </w:tcPr>
          <w:p/>
        </w:tc>
      </w:tr>
    </w:tbl>
    <w:p>
      <w:pPr>
        <w:spacing w:after="0" w:line="80" w:lineRule="exact"/>
      </w:pPr>
      <w:r>
        <w:rPr>
          <w:sz w:val="4"/>
        </w:rPr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Borders>
          <w:top w:val="single" w:sz="4" w:color="9FB5AE"/>
          <w:left w:val="single" w:sz="4" w:color="9FB5AE"/>
          <w:bottom w:val="single" w:sz="4" w:color="9FB5AE"/>
          <w:right w:val="single" w:sz="4" w:color="9FB5AE"/>
          <w:insideH w:val="single" w:sz="4" w:color="9FB5AE"/>
          <w:insideV w:val="single" w:sz="4" w:color="9FB5AE"/>
        </w:tblBorders>
      </w:tblPr>
      <w:tblGrid>
        <w:gridCol w:w="5112"/>
        <w:gridCol w:w="2556"/>
        <w:gridCol w:w="2556"/>
      </w:tblGrid>
      <w:tr>
        <w:tc>
          <w:tcPr>
            <w:tcW w:type="dxa" w:w="5112"/>
            <w:shd w:val="clear" w:color="auto" w:fill="E9F2EE"/>
          </w:tcPr>
          <w:p>
            <w:pPr>
              <w:spacing w:after="0"/>
            </w:pPr>
            <w:r>
              <w:rPr>
                <w:b/>
                <w:color w:val="4B5D59"/>
                <w:sz w:val="15"/>
              </w:rPr>
              <w:t>CITY</w:t>
            </w:r>
          </w:p>
        </w:tc>
        <w:tc>
          <w:tcPr>
            <w:tcW w:type="dxa" w:w="2556"/>
            <w:shd w:val="clear" w:color="auto" w:fill="E9F2EE"/>
          </w:tcPr>
          <w:p>
            <w:pPr>
              <w:spacing w:after="0"/>
            </w:pPr>
            <w:r>
              <w:rPr>
                <w:b/>
                <w:color w:val="4B5D59"/>
                <w:sz w:val="15"/>
              </w:rPr>
              <w:t>STATE</w:t>
            </w:r>
          </w:p>
        </w:tc>
        <w:tc>
          <w:tcPr>
            <w:tcW w:type="dxa" w:w="2556"/>
            <w:shd w:val="clear" w:color="auto" w:fill="E9F2EE"/>
          </w:tcPr>
          <w:p>
            <w:pPr>
              <w:spacing w:after="0"/>
            </w:pPr>
            <w:r>
              <w:rPr>
                <w:b/>
                <w:color w:val="4B5D59"/>
                <w:sz w:val="15"/>
              </w:rPr>
              <w:t>ZIP CODE</w:t>
            </w:r>
          </w:p>
        </w:tc>
      </w:tr>
      <w:tr>
        <w:trPr>
          <w:trHeight w:val="389" w:hRule="atLeast"/>
        </w:trPr>
        <w:tc>
          <w:tcPr>
            <w:tcW w:type="dxa" w:w="5112"/>
          </w:tcPr>
          <w:p/>
        </w:tc>
        <w:tc>
          <w:tcPr>
            <w:tcW w:type="dxa" w:w="2556"/>
          </w:tcPr>
          <w:p/>
        </w:tc>
        <w:tc>
          <w:tcPr>
            <w:tcW w:type="dxa" w:w="2556"/>
          </w:tcPr>
          <w:p/>
        </w:tc>
      </w:tr>
    </w:tbl>
    <w:p>
      <w:pPr>
        <w:spacing w:after="0" w:line="80" w:lineRule="exact"/>
      </w:pPr>
      <w:r>
        <w:rPr>
          <w:sz w:val="4"/>
        </w:rPr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Borders>
          <w:top w:val="single" w:sz="4" w:color="9FB5AE"/>
          <w:left w:val="single" w:sz="4" w:color="9FB5AE"/>
          <w:bottom w:val="single" w:sz="4" w:color="9FB5AE"/>
          <w:right w:val="single" w:sz="4" w:color="9FB5AE"/>
          <w:insideH w:val="single" w:sz="4" w:color="9FB5AE"/>
          <w:insideV w:val="single" w:sz="4" w:color="9FB5AE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E9F2EE"/>
          </w:tcPr>
          <w:p>
            <w:pPr>
              <w:spacing w:after="0"/>
            </w:pPr>
            <w:r>
              <w:rPr>
                <w:b/>
                <w:color w:val="4B5D59"/>
                <w:sz w:val="15"/>
              </w:rPr>
              <w:t>MOBILE PHONE</w:t>
            </w:r>
          </w:p>
        </w:tc>
        <w:tc>
          <w:tcPr>
            <w:tcW w:type="dxa" w:w="5112"/>
            <w:shd w:val="clear" w:color="auto" w:fill="E9F2EE"/>
          </w:tcPr>
          <w:p>
            <w:pPr>
              <w:spacing w:after="0"/>
            </w:pPr>
            <w:r>
              <w:rPr>
                <w:b/>
                <w:color w:val="4B5D59"/>
                <w:sz w:val="15"/>
              </w:rPr>
              <w:t>OTHER PHONE</w:t>
            </w:r>
          </w:p>
        </w:tc>
      </w:tr>
      <w:tr>
        <w:trPr>
          <w:trHeight w:val="389" w:hRule="atLeast"/>
        </w:trPr>
        <w:tc>
          <w:tcPr>
            <w:tcW w:type="dxa" w:w="5112"/>
          </w:tcPr>
          <w:p/>
        </w:tc>
        <w:tc>
          <w:tcPr>
            <w:tcW w:type="dxa" w:w="5112"/>
          </w:tcPr>
          <w:p/>
        </w:tc>
      </w:tr>
    </w:tbl>
    <w:p>
      <w:pPr>
        <w:spacing w:after="0" w:line="80" w:lineRule="exact"/>
      </w:pPr>
      <w:r>
        <w:rPr>
          <w:sz w:val="4"/>
        </w:rPr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Borders>
          <w:top w:val="single" w:sz="4" w:color="9FB5AE"/>
          <w:left w:val="single" w:sz="4" w:color="9FB5AE"/>
          <w:bottom w:val="single" w:sz="4" w:color="9FB5AE"/>
          <w:right w:val="single" w:sz="4" w:color="9FB5AE"/>
          <w:insideH w:val="single" w:sz="4" w:color="9FB5AE"/>
          <w:insideV w:val="single" w:sz="4" w:color="9FB5AE"/>
        </w:tblBorders>
      </w:tblPr>
      <w:tblGrid>
        <w:gridCol w:w="10224"/>
      </w:tblGrid>
      <w:tr>
        <w:tc>
          <w:tcPr>
            <w:tcW w:type="dxa" w:w="10224"/>
            <w:shd w:val="clear" w:color="auto" w:fill="E9F2EE"/>
          </w:tcPr>
          <w:p>
            <w:pPr>
              <w:spacing w:after="0"/>
            </w:pPr>
            <w:r>
              <w:rPr>
                <w:b/>
                <w:color w:val="4B5D59"/>
                <w:sz w:val="15"/>
              </w:rPr>
              <w:t>PERSONAL EMAIL</w:t>
            </w:r>
          </w:p>
        </w:tc>
      </w:tr>
      <w:tr>
        <w:trPr>
          <w:trHeight w:val="389" w:hRule="atLeast"/>
        </w:trPr>
        <w:tc>
          <w:tcPr>
            <w:tcW w:type="dxa" w:w="10224"/>
          </w:tcPr>
          <w:p/>
        </w:tc>
      </w:tr>
    </w:tbl>
    <w:p>
      <w:pPr>
        <w:spacing w:after="0" w:line="80" w:lineRule="exact"/>
      </w:pPr>
      <w:r>
        <w:rPr>
          <w:sz w:val="4"/>
        </w:rPr>
      </w:r>
    </w:p>
    <w:p>
      <w:pPr>
        <w:keepNext/>
        <w:spacing w:after="40" w:before="0"/>
      </w:pPr>
      <w:r>
        <w:rPr>
          <w:b/>
          <w:color w:val="4B5D59"/>
          <w:sz w:val="15"/>
        </w:rPr>
        <w:t>BEST WAY TO REACH YOU OUTSIDE WORK HOURS</w:t>
      </w:r>
    </w:p>
    <w:p>
      <w:pPr>
        <w:spacing w:after="120" w:before="0"/>
      </w:pPr>
      <w:r>
        <w:rPr>
          <w:b w:val="0"/>
          <w:color w:val="10201D"/>
          <w:sz w:val="19"/>
        </w:rPr>
        <w:t>☐ Mobile call     ☐ Text message     ☐ Personal email</w:t>
      </w:r>
    </w:p>
    <w:p>
      <w:pPr>
        <w:pStyle w:val="Heading1"/>
        <w:keepNext/>
        <w:spacing w:before="120" w:after="80"/>
      </w:pPr>
      <w:r>
        <w:t>2. Job details (employer completes)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Borders>
          <w:top w:val="single" w:sz="4" w:color="9FB5AE"/>
          <w:left w:val="single" w:sz="4" w:color="9FB5AE"/>
          <w:bottom w:val="single" w:sz="4" w:color="9FB5AE"/>
          <w:right w:val="single" w:sz="4" w:color="9FB5AE"/>
          <w:insideH w:val="single" w:sz="4" w:color="9FB5AE"/>
          <w:insideV w:val="single" w:sz="4" w:color="9FB5AE"/>
        </w:tblBorders>
      </w:tblPr>
      <w:tblGrid>
        <w:gridCol w:w="6816"/>
        <w:gridCol w:w="3408"/>
      </w:tblGrid>
      <w:tr>
        <w:tc>
          <w:tcPr>
            <w:tcW w:type="dxa" w:w="6816"/>
            <w:shd w:val="clear" w:color="auto" w:fill="E9F2EE"/>
          </w:tcPr>
          <w:p>
            <w:pPr>
              <w:spacing w:after="0"/>
            </w:pPr>
            <w:r>
              <w:rPr>
                <w:b/>
                <w:color w:val="4B5D59"/>
                <w:sz w:val="15"/>
              </w:rPr>
              <w:t>JOB TITLE</w:t>
            </w:r>
          </w:p>
        </w:tc>
        <w:tc>
          <w:tcPr>
            <w:tcW w:type="dxa" w:w="3408"/>
            <w:shd w:val="clear" w:color="auto" w:fill="E9F2EE"/>
          </w:tcPr>
          <w:p>
            <w:pPr>
              <w:spacing w:after="0"/>
            </w:pPr>
            <w:r>
              <w:rPr>
                <w:b/>
                <w:color w:val="4B5D59"/>
                <w:sz w:val="15"/>
              </w:rPr>
              <w:t>EMPLOYEE ID</w:t>
            </w:r>
          </w:p>
        </w:tc>
      </w:tr>
      <w:tr>
        <w:trPr>
          <w:trHeight w:val="389" w:hRule="atLeast"/>
        </w:trPr>
        <w:tc>
          <w:tcPr>
            <w:tcW w:type="dxa" w:w="6816"/>
          </w:tcPr>
          <w:p/>
        </w:tc>
        <w:tc>
          <w:tcPr>
            <w:tcW w:type="dxa" w:w="3408"/>
          </w:tcPr>
          <w:p/>
        </w:tc>
      </w:tr>
    </w:tbl>
    <w:p>
      <w:pPr>
        <w:spacing w:after="0" w:line="80" w:lineRule="exact"/>
      </w:pPr>
      <w:r>
        <w:rPr>
          <w:sz w:val="4"/>
        </w:rPr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Borders>
          <w:top w:val="single" w:sz="4" w:color="9FB5AE"/>
          <w:left w:val="single" w:sz="4" w:color="9FB5AE"/>
          <w:bottom w:val="single" w:sz="4" w:color="9FB5AE"/>
          <w:right w:val="single" w:sz="4" w:color="9FB5AE"/>
          <w:insideH w:val="single" w:sz="4" w:color="9FB5AE"/>
          <w:insideV w:val="single" w:sz="4" w:color="9FB5AE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E9F2EE"/>
          </w:tcPr>
          <w:p>
            <w:pPr>
              <w:spacing w:after="0"/>
            </w:pPr>
            <w:r>
              <w:rPr>
                <w:b/>
                <w:color w:val="4B5D59"/>
                <w:sz w:val="15"/>
              </w:rPr>
              <w:t>DEPARTMENT OR TEAM</w:t>
            </w:r>
          </w:p>
        </w:tc>
        <w:tc>
          <w:tcPr>
            <w:tcW w:type="dxa" w:w="5112"/>
            <w:shd w:val="clear" w:color="auto" w:fill="E9F2EE"/>
          </w:tcPr>
          <w:p>
            <w:pPr>
              <w:spacing w:after="0"/>
            </w:pPr>
            <w:r>
              <w:rPr>
                <w:b/>
                <w:color w:val="4B5D59"/>
                <w:sz w:val="15"/>
              </w:rPr>
              <w:t>WORK LOCATION</w:t>
            </w:r>
          </w:p>
        </w:tc>
      </w:tr>
      <w:tr>
        <w:trPr>
          <w:trHeight w:val="389" w:hRule="atLeast"/>
        </w:trPr>
        <w:tc>
          <w:tcPr>
            <w:tcW w:type="dxa" w:w="5112"/>
          </w:tcPr>
          <w:p/>
        </w:tc>
        <w:tc>
          <w:tcPr>
            <w:tcW w:type="dxa" w:w="5112"/>
          </w:tcPr>
          <w:p/>
        </w:tc>
      </w:tr>
    </w:tbl>
    <w:p>
      <w:pPr>
        <w:spacing w:after="0" w:line="80" w:lineRule="exact"/>
      </w:pPr>
      <w:r>
        <w:rPr>
          <w:sz w:val="4"/>
        </w:rPr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Borders>
          <w:top w:val="single" w:sz="4" w:color="9FB5AE"/>
          <w:left w:val="single" w:sz="4" w:color="9FB5AE"/>
          <w:bottom w:val="single" w:sz="4" w:color="9FB5AE"/>
          <w:right w:val="single" w:sz="4" w:color="9FB5AE"/>
          <w:insideH w:val="single" w:sz="4" w:color="9FB5AE"/>
          <w:insideV w:val="single" w:sz="4" w:color="9FB5AE"/>
        </w:tblBorders>
      </w:tblPr>
      <w:tblGrid>
        <w:gridCol w:w="6816"/>
        <w:gridCol w:w="3408"/>
      </w:tblGrid>
      <w:tr>
        <w:tc>
          <w:tcPr>
            <w:tcW w:type="dxa" w:w="6816"/>
            <w:shd w:val="clear" w:color="auto" w:fill="E9F2EE"/>
          </w:tcPr>
          <w:p>
            <w:pPr>
              <w:spacing w:after="0"/>
            </w:pPr>
            <w:r>
              <w:rPr>
                <w:b/>
                <w:color w:val="4B5D59"/>
                <w:sz w:val="15"/>
              </w:rPr>
              <w:t>MANAGER</w:t>
            </w:r>
          </w:p>
        </w:tc>
        <w:tc>
          <w:tcPr>
            <w:tcW w:type="dxa" w:w="3408"/>
            <w:shd w:val="clear" w:color="auto" w:fill="E9F2EE"/>
          </w:tcPr>
          <w:p>
            <w:pPr>
              <w:spacing w:after="0"/>
            </w:pPr>
            <w:r>
              <w:rPr>
                <w:b/>
                <w:color w:val="4B5D59"/>
                <w:sz w:val="15"/>
              </w:rPr>
              <w:t>START DATE</w:t>
            </w:r>
          </w:p>
        </w:tc>
      </w:tr>
      <w:tr>
        <w:trPr>
          <w:trHeight w:val="389" w:hRule="atLeast"/>
        </w:trPr>
        <w:tc>
          <w:tcPr>
            <w:tcW w:type="dxa" w:w="6816"/>
          </w:tcPr>
          <w:p/>
        </w:tc>
        <w:tc>
          <w:tcPr>
            <w:tcW w:type="dxa" w:w="3408"/>
          </w:tcPr>
          <w:p/>
        </w:tc>
      </w:tr>
    </w:tbl>
    <w:p>
      <w:pPr>
        <w:spacing w:after="0" w:line="80" w:lineRule="exact"/>
      </w:pPr>
      <w:r>
        <w:rPr>
          <w:sz w:val="4"/>
        </w:rPr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Borders>
          <w:top w:val="single" w:sz="4" w:color="9FB5AE"/>
          <w:left w:val="single" w:sz="4" w:color="9FB5AE"/>
          <w:bottom w:val="single" w:sz="4" w:color="9FB5AE"/>
          <w:right w:val="single" w:sz="4" w:color="9FB5AE"/>
          <w:insideH w:val="single" w:sz="4" w:color="9FB5AE"/>
          <w:insideV w:val="single" w:sz="4" w:color="9FB5AE"/>
        </w:tblBorders>
      </w:tblPr>
      <w:tblGrid>
        <w:gridCol w:w="6816"/>
        <w:gridCol w:w="3408"/>
      </w:tblGrid>
      <w:tr>
        <w:tc>
          <w:tcPr>
            <w:tcW w:type="dxa" w:w="6816"/>
            <w:shd w:val="clear" w:color="auto" w:fill="E9F2EE"/>
          </w:tcPr>
          <w:p>
            <w:pPr>
              <w:spacing w:after="0"/>
            </w:pPr>
            <w:r>
              <w:rPr>
                <w:b/>
                <w:color w:val="4B5D59"/>
                <w:sz w:val="15"/>
              </w:rPr>
              <w:t>WORK EMAIL</w:t>
            </w:r>
          </w:p>
        </w:tc>
        <w:tc>
          <w:tcPr>
            <w:tcW w:type="dxa" w:w="3408"/>
            <w:shd w:val="clear" w:color="auto" w:fill="E9F2EE"/>
          </w:tcPr>
          <w:p>
            <w:pPr>
              <w:spacing w:after="0"/>
            </w:pPr>
            <w:r>
              <w:rPr>
                <w:b/>
                <w:color w:val="4B5D59"/>
                <w:sz w:val="15"/>
              </w:rPr>
              <w:t>WORK PHONE OR EXTENSION</w:t>
            </w:r>
          </w:p>
        </w:tc>
      </w:tr>
      <w:tr>
        <w:trPr>
          <w:trHeight w:val="389" w:hRule="atLeast"/>
        </w:trPr>
        <w:tc>
          <w:tcPr>
            <w:tcW w:type="dxa" w:w="6816"/>
          </w:tcPr>
          <w:p/>
        </w:tc>
        <w:tc>
          <w:tcPr>
            <w:tcW w:type="dxa" w:w="3408"/>
          </w:tcPr>
          <w:p/>
        </w:tc>
      </w:tr>
    </w:tbl>
    <w:p>
      <w:pPr>
        <w:spacing w:after="0" w:line="80" w:lineRule="exact"/>
      </w:pPr>
      <w:r>
        <w:rPr>
          <w:sz w:val="4"/>
        </w:rPr>
      </w:r>
    </w:p>
    <w:p>
      <w:pPr>
        <w:keepNext/>
        <w:spacing w:after="40" w:before="0"/>
      </w:pPr>
      <w:r>
        <w:rPr>
          <w:b/>
          <w:color w:val="4B5D59"/>
          <w:sz w:val="15"/>
        </w:rPr>
        <w:t>EMPLOYMENT TYPE</w:t>
      </w:r>
    </w:p>
    <w:p>
      <w:pPr>
        <w:spacing w:after="120" w:before="0"/>
      </w:pPr>
      <w:r>
        <w:rPr>
          <w:b w:val="0"/>
          <w:color w:val="10201D"/>
          <w:sz w:val="19"/>
        </w:rPr>
        <w:t>☐ Full-time     ☐ Part-time     ☐ Temporary     ☐ Seasonal</w:t>
      </w:r>
    </w:p>
    <w:p>
      <w:pPr>
        <w:keepNext/>
        <w:spacing w:after="40" w:before="0"/>
      </w:pPr>
      <w:r>
        <w:rPr>
          <w:b/>
          <w:color w:val="4B5D59"/>
          <w:sz w:val="15"/>
        </w:rPr>
        <w:t>PAY BASIS</w:t>
      </w:r>
    </w:p>
    <w:p>
      <w:pPr>
        <w:spacing w:after="120" w:before="0"/>
      </w:pPr>
      <w:r>
        <w:rPr>
          <w:b w:val="0"/>
          <w:color w:val="10201D"/>
          <w:sz w:val="19"/>
        </w:rPr>
        <w:t>☐ Hourly     ☐ Salary</w:t>
      </w:r>
    </w:p>
    <w:p>
      <w:pPr>
        <w:pStyle w:val="Heading1"/>
        <w:keepNext/>
        <w:spacing w:before="120" w:after="80"/>
      </w:pPr>
      <w:r>
        <w:t>3. Emergency contacts (employee completes)</w:t>
      </w:r>
    </w:p>
    <w:p>
      <w:pPr>
        <w:spacing w:after="120" w:before="0"/>
      </w:pPr>
      <w:r>
        <w:rPr>
          <w:b w:val="0"/>
          <w:color w:val="4B5D59"/>
          <w:sz w:val="17"/>
        </w:rPr>
        <w:t>List people we may call if you are hurt or become ill at work. Tell them you listed them.</w:t>
      </w:r>
    </w:p>
    <w:tbl>
      <w:tblPr>
        <w:tblW w:type="dxa" w:w="10224"/>
        <w:tblLayout w:type="fixed"/>
        <w:tblLook w:firstColumn="1" w:firstRow="1" w:lastColumn="0" w:lastRow="0" w:noHBand="0" w:noVBand="1" w:val="04A0"/>
        <w:tblBorders>
          <w:top w:val="single" w:sz="4" w:color="9FB5AE"/>
          <w:left w:val="single" w:sz="4" w:color="9FB5AE"/>
          <w:bottom w:val="single" w:sz="4" w:color="9FB5AE"/>
          <w:right w:val="single" w:sz="4" w:color="9FB5AE"/>
          <w:insideH w:val="single" w:sz="4" w:color="9FB5AE"/>
          <w:insideV w:val="single" w:sz="4" w:color="9FB5AE"/>
        </w:tblBorders>
      </w:tblPr>
      <w:tblGrid>
        <w:gridCol w:w="3407"/>
        <w:gridCol w:w="2272"/>
        <w:gridCol w:w="2272"/>
        <w:gridCol w:w="2272"/>
      </w:tblGrid>
      <w:tr>
        <w:trPr>
          <w:tblHeader w:val="true"/>
        </w:trPr>
        <w:tc>
          <w:tcPr>
            <w:tcW w:type="dxa" w:w="3408"/>
            <w:shd w:val="clear" w:color="auto" w:fill="082F2B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Contact name</w:t>
            </w:r>
          </w:p>
        </w:tc>
        <w:tc>
          <w:tcPr>
            <w:tcW w:type="dxa" w:w="2272"/>
            <w:shd w:val="clear" w:color="auto" w:fill="082F2B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Relationship</w:t>
            </w:r>
          </w:p>
        </w:tc>
        <w:tc>
          <w:tcPr>
            <w:tcW w:type="dxa" w:w="2272"/>
            <w:shd w:val="clear" w:color="auto" w:fill="082F2B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Mobile phone</w:t>
            </w:r>
          </w:p>
        </w:tc>
        <w:tc>
          <w:tcPr>
            <w:tcW w:type="dxa" w:w="2272"/>
            <w:shd w:val="clear" w:color="auto" w:fill="082F2B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Other phone</w:t>
            </w:r>
          </w:p>
        </w:tc>
      </w:tr>
      <w:tr>
        <w:trPr>
          <w:trHeight w:val="461" w:hRule="atLeast"/>
        </w:trPr>
        <w:tc>
          <w:tcPr>
            <w:tcW w:type="dxa" w:w="3408"/>
          </w:tcPr>
          <w:p/>
        </w:tc>
        <w:tc>
          <w:tcPr>
            <w:tcW w:type="dxa" w:w="2272"/>
          </w:tcPr>
          <w:p/>
        </w:tc>
        <w:tc>
          <w:tcPr>
            <w:tcW w:type="dxa" w:w="2272"/>
          </w:tcPr>
          <w:p/>
        </w:tc>
        <w:tc>
          <w:tcPr>
            <w:tcW w:type="dxa" w:w="2272"/>
          </w:tcPr>
          <w:p/>
        </w:tc>
      </w:tr>
      <w:tr>
        <w:trPr>
          <w:trHeight w:val="461" w:hRule="atLeast"/>
        </w:trPr>
        <w:tc>
          <w:tcPr>
            <w:tcW w:type="dxa" w:w="3408"/>
          </w:tcPr>
          <w:p/>
        </w:tc>
        <w:tc>
          <w:tcPr>
            <w:tcW w:type="dxa" w:w="2272"/>
          </w:tcPr>
          <w:p/>
        </w:tc>
        <w:tc>
          <w:tcPr>
            <w:tcW w:type="dxa" w:w="2272"/>
          </w:tcPr>
          <w:p/>
        </w:tc>
        <w:tc>
          <w:tcPr>
            <w:tcW w:type="dxa" w:w="2272"/>
          </w:tcPr>
          <w:p/>
        </w:tc>
      </w:tr>
    </w:tbl>
    <w:p>
      <w:pPr>
        <w:spacing w:after="0" w:line="120" w:lineRule="exact"/>
      </w:pPr>
      <w:r>
        <w:rPr>
          <w:sz w:val="4"/>
        </w:rPr>
      </w:r>
    </w:p>
    <w:p>
      <w:pPr>
        <w:pStyle w:val="Heading1"/>
        <w:keepNext/>
        <w:spacing w:before="120" w:after="80"/>
      </w:pPr>
      <w:r>
        <w:t>4. Employee confirmation</w:t>
      </w:r>
    </w:p>
    <w:p>
      <w:pPr>
        <w:spacing w:after="120" w:before="0"/>
      </w:pPr>
      <w:r>
        <w:rPr>
          <w:b w:val="0"/>
          <w:color w:val="4B5D59"/>
          <w:sz w:val="17"/>
        </w:rPr>
        <w:t>I confirm the information I provided is accurate. I will tell HR or my manager when my address, phone, or emergency contacts change.</w:t>
      </w:r>
    </w:p>
    <w:tbl>
      <w:tblPr>
        <w:tblW w:type="dxa" w:w="10224"/>
        <w:tblLayout w:type="fixed"/>
        <w:tblLook w:firstColumn="1" w:firstRow="1" w:lastColumn="0" w:lastRow="0" w:noHBand="0" w:noVBand="1" w:val="04A0"/>
      </w:tblPr>
      <w:tblGrid>
        <w:gridCol w:w="4320"/>
        <w:gridCol w:w="3888"/>
        <w:gridCol w:w="2015"/>
      </w:tblGrid>
      <w:tr>
        <w:tc>
          <w:tcPr>
            <w:tcW w:type="dxa" w:w="4320"/>
          </w:tcPr>
          <w:p>
            <w:pPr>
              <w:spacing w:after="0"/>
            </w:pPr>
            <w:r>
              <w:rPr>
                <w:b/>
                <w:color w:val="4B5D59"/>
                <w:sz w:val="15"/>
              </w:rPr>
              <w:t>EMPLOYEE: PRINTED NAME</w:t>
            </w:r>
          </w:p>
        </w:tc>
        <w:tc>
          <w:tcPr>
            <w:tcW w:type="dxa" w:w="3888"/>
          </w:tcPr>
          <w:p>
            <w:pPr>
              <w:spacing w:after="0"/>
            </w:pPr>
            <w:r>
              <w:rPr>
                <w:b/>
                <w:color w:val="4B5D59"/>
                <w:sz w:val="15"/>
              </w:rPr>
              <w:t>SIGNATURE</w:t>
            </w:r>
          </w:p>
        </w:tc>
        <w:tc>
          <w:tcPr>
            <w:tcW w:type="dxa" w:w="2016"/>
          </w:tcPr>
          <w:p>
            <w:pPr>
              <w:spacing w:after="0"/>
            </w:pPr>
            <w:r>
              <w:rPr>
                <w:b/>
                <w:color w:val="4B5D59"/>
                <w:sz w:val="15"/>
              </w:rPr>
              <w:t>DATE</w:t>
            </w:r>
          </w:p>
        </w:tc>
      </w:tr>
      <w:tr>
        <w:trPr>
          <w:trHeight w:val="432" w:hRule="atLeast"/>
        </w:trPr>
        <w:tc>
          <w:tcPr>
            <w:tcW w:type="dxa" w:w="4320"/>
            <w:tcBorders>
              <w:bottom w:val="single" w:sz="6" w:color="10201D"/>
            </w:tcBorders>
          </w:tcPr>
          <w:p/>
        </w:tc>
        <w:tc>
          <w:tcPr>
            <w:tcW w:type="dxa" w:w="3888"/>
            <w:tcBorders>
              <w:bottom w:val="single" w:sz="6" w:color="10201D"/>
            </w:tcBorders>
          </w:tcPr>
          <w:p/>
        </w:tc>
        <w:tc>
          <w:tcPr>
            <w:tcW w:type="dxa" w:w="2016"/>
            <w:tcBorders>
              <w:bottom w:val="single" w:sz="6" w:color="10201D"/>
            </w:tcBorders>
          </w:tcPr>
          <w:p/>
        </w:tc>
      </w:tr>
    </w:tbl>
    <w:p>
      <w:pPr>
        <w:spacing w:after="0" w:line="120" w:lineRule="exact"/>
      </w:pPr>
      <w:r>
        <w:rPr>
          <w:sz w:val="4"/>
        </w:rPr>
      </w:r>
    </w:p>
    <w:p>
      <w:pPr>
        <w:pStyle w:val="Heading1"/>
        <w:keepNext/>
        <w:spacing w:before="120" w:after="80"/>
      </w:pPr>
      <w:r>
        <w:t>For office use</w:t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Borders>
          <w:top w:val="single" w:sz="4" w:color="9FB5AE"/>
          <w:left w:val="single" w:sz="4" w:color="9FB5AE"/>
          <w:bottom w:val="single" w:sz="4" w:color="9FB5AE"/>
          <w:right w:val="single" w:sz="4" w:color="9FB5AE"/>
          <w:insideH w:val="single" w:sz="4" w:color="9FB5AE"/>
          <w:insideV w:val="single" w:sz="4" w:color="9FB5AE"/>
        </w:tblBorders>
      </w:tblPr>
      <w:tblGrid>
        <w:gridCol w:w="6816"/>
        <w:gridCol w:w="3408"/>
      </w:tblGrid>
      <w:tr>
        <w:tc>
          <w:tcPr>
            <w:tcW w:type="dxa" w:w="6816"/>
            <w:shd w:val="clear" w:color="auto" w:fill="E9F2EE"/>
          </w:tcPr>
          <w:p>
            <w:pPr>
              <w:spacing w:after="0"/>
            </w:pPr>
            <w:r>
              <w:rPr>
                <w:b/>
                <w:color w:val="4B5D59"/>
                <w:sz w:val="15"/>
              </w:rPr>
              <w:t>RECEIVED BY</w:t>
            </w:r>
          </w:p>
        </w:tc>
        <w:tc>
          <w:tcPr>
            <w:tcW w:type="dxa" w:w="3408"/>
            <w:shd w:val="clear" w:color="auto" w:fill="E9F2EE"/>
          </w:tcPr>
          <w:p>
            <w:pPr>
              <w:spacing w:after="0"/>
            </w:pPr>
            <w:r>
              <w:rPr>
                <w:b/>
                <w:color w:val="4B5D59"/>
                <w:sz w:val="15"/>
              </w:rPr>
              <w:t>DATE RECEIVED</w:t>
            </w:r>
          </w:p>
        </w:tc>
      </w:tr>
      <w:tr>
        <w:trPr>
          <w:trHeight w:val="389" w:hRule="atLeast"/>
        </w:trPr>
        <w:tc>
          <w:tcPr>
            <w:tcW w:type="dxa" w:w="6816"/>
          </w:tcPr>
          <w:p/>
        </w:tc>
        <w:tc>
          <w:tcPr>
            <w:tcW w:type="dxa" w:w="3408"/>
          </w:tcPr>
          <w:p/>
        </w:tc>
      </w:tr>
    </w:tbl>
    <w:p>
      <w:pPr>
        <w:spacing w:after="0" w:line="80" w:lineRule="exact"/>
      </w:pPr>
      <w:r>
        <w:rPr>
          <w:sz w:val="4"/>
        </w:rPr>
      </w:r>
    </w:p>
    <w:tbl>
      <w:tblPr>
        <w:tblW w:type="dxa" w:w="10224"/>
        <w:jc w:val="left"/>
        <w:tblLayout w:type="fixed"/>
        <w:tblLook w:firstColumn="1" w:firstRow="1" w:lastColumn="0" w:lastRow="0" w:noHBand="0" w:noVBand="1" w:val="04A0"/>
        <w:tblBorders>
          <w:top w:val="single" w:sz="4" w:color="9FB5AE"/>
          <w:left w:val="single" w:sz="4" w:color="9FB5AE"/>
          <w:bottom w:val="single" w:sz="4" w:color="9FB5AE"/>
          <w:right w:val="single" w:sz="4" w:color="9FB5AE"/>
          <w:insideH w:val="single" w:sz="4" w:color="9FB5AE"/>
          <w:insideV w:val="single" w:sz="4" w:color="9FB5AE"/>
        </w:tblBorders>
      </w:tblPr>
      <w:tblGrid>
        <w:gridCol w:w="6816"/>
        <w:gridCol w:w="3408"/>
      </w:tblGrid>
      <w:tr>
        <w:tc>
          <w:tcPr>
            <w:tcW w:type="dxa" w:w="6816"/>
            <w:shd w:val="clear" w:color="auto" w:fill="E9F2EE"/>
          </w:tcPr>
          <w:p>
            <w:pPr>
              <w:spacing w:after="0"/>
            </w:pPr>
            <w:r>
              <w:rPr>
                <w:b/>
                <w:color w:val="4B5D59"/>
                <w:sz w:val="15"/>
              </w:rPr>
              <w:t>ENTERED IN HR SYSTEM BY</w:t>
            </w:r>
          </w:p>
        </w:tc>
        <w:tc>
          <w:tcPr>
            <w:tcW w:type="dxa" w:w="3408"/>
            <w:shd w:val="clear" w:color="auto" w:fill="E9F2EE"/>
          </w:tcPr>
          <w:p>
            <w:pPr>
              <w:spacing w:after="0"/>
            </w:pPr>
            <w:r>
              <w:rPr>
                <w:b/>
                <w:color w:val="4B5D59"/>
                <w:sz w:val="15"/>
              </w:rPr>
              <w:t>DATE ENTERED</w:t>
            </w:r>
          </w:p>
        </w:tc>
      </w:tr>
      <w:tr>
        <w:trPr>
          <w:trHeight w:val="389" w:hRule="atLeast"/>
        </w:trPr>
        <w:tc>
          <w:tcPr>
            <w:tcW w:type="dxa" w:w="6816"/>
          </w:tcPr>
          <w:p/>
        </w:tc>
        <w:tc>
          <w:tcPr>
            <w:tcW w:type="dxa" w:w="3408"/>
          </w:tcPr>
          <w:p/>
        </w:tc>
      </w:tr>
    </w:tbl>
    <w:p>
      <w:pPr>
        <w:spacing w:after="0" w:line="80" w:lineRule="exact"/>
      </w:pPr>
      <w:r>
        <w:rPr>
          <w:sz w:val="4"/>
        </w:rPr>
      </w:r>
    </w:p>
    <w:p>
      <w:pPr>
        <w:keepNext/>
        <w:spacing w:after="40" w:before="0"/>
      </w:pPr>
      <w:r>
        <w:rPr>
          <w:b/>
          <w:color w:val="4B5D59"/>
          <w:sz w:val="15"/>
        </w:rPr>
        <w:t>RELATED ONBOARDING ITEMS</w:t>
      </w:r>
    </w:p>
    <w:p>
      <w:pPr>
        <w:spacing w:after="120" w:before="0"/>
      </w:pPr>
      <w:r>
        <w:rPr>
          <w:b w:val="0"/>
          <w:color w:val="10201D"/>
          <w:sz w:val="19"/>
        </w:rPr>
        <w:t>☐ Offer letter on file     ☐ Tax withholding forms requested     ☐ Form I-9 process started     ☐ Direct deposit set up in payroll     ☐ Handbook acknowledgment received</w:t>
      </w:r>
    </w:p>
    <w:tbl>
      <w:tblPr>
        <w:tblW w:type="dxa" w:w="10224"/>
        <w:tblLayout w:type="fixed"/>
        <w:tblLook w:firstColumn="1" w:firstRow="1" w:lastColumn="0" w:lastRow="0" w:noHBand="0" w:noVBand="1" w:val="04A0"/>
        <w:tblBorders>
          <w:top w:val="single" w:sz="4" w:color="9FB5AE"/>
          <w:left w:val="single" w:sz="4" w:color="9FB5AE"/>
          <w:bottom w:val="single" w:sz="4" w:color="9FB5AE"/>
          <w:right w:val="single" w:sz="4" w:color="9FB5AE"/>
          <w:insideH w:val="single" w:sz="4" w:color="9FB5AE"/>
          <w:insideV w:val="single" w:sz="4" w:color="9FB5AE"/>
        </w:tblBorders>
      </w:tblPr>
      <w:tblGrid>
        <w:gridCol w:w="10224"/>
      </w:tblGrid>
      <w:tr>
        <w:tc>
          <w:tcPr>
            <w:tcW w:type="dxa" w:w="10224"/>
            <w:shd w:val="clear" w:color="auto" w:fill="E9F2EE"/>
          </w:tcPr>
          <w:p>
            <w:pPr>
              <w:spacing w:after="0"/>
            </w:pPr>
            <w:r>
              <w:rPr>
                <w:b/>
                <w:color w:val="4B5D59"/>
                <w:sz w:val="15"/>
              </w:rPr>
              <w:t>NOTES (DO NOT RECORD MEDICAL DETAILS OR PROTECTED CHARACTERISTICS HERE)</w:t>
            </w:r>
          </w:p>
        </w:tc>
      </w:tr>
      <w:tr>
        <w:trPr>
          <w:trHeight w:val="1037" w:hRule="atLeast"/>
        </w:trPr>
        <w:tc>
          <w:tcPr>
            <w:tcW w:type="dxa" w:w="10224"/>
          </w:tcPr>
          <w:p/>
        </w:tc>
      </w:tr>
    </w:tbl>
    <w:p>
      <w:pPr>
        <w:spacing w:after="0" w:line="120" w:lineRule="exact"/>
      </w:pPr>
      <w:r>
        <w:rPr>
          <w:sz w:val="4"/>
        </w:rPr>
      </w:r>
    </w:p>
    <w:sectPr w:rsidR="00FC693F" w:rsidRPr="0006063C" w:rsidSect="00034616">
      <w:footerReference w:type="default" r:id="rId9"/>
      <w:headerReference w:type="default" r:id="rId10"/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4B5D59"/>
        <w:sz w:val="14"/>
      </w:rPr>
      <w:t>Free template from OdyHR  |  odyhr.app/blog/employee-information-form</w:t>
      <w:br/>
      <w:t>General template, not legal advice. Adapt it to your policies and confirm requirements for your location with a qualified adviser.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F8277"/>
        <w:sz w:val="15"/>
      </w:rPr>
      <w:t>ODYHR FREE HR TEMPLATE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F8277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82F2B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Information Form</dc:title>
  <dc:subject>Free template from odyhr.app</dc:subject>
  <dc:creator>OdyHR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